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TEMPORARY GUARDIANSHIP FORMAT</w:t>
      </w:r>
    </w:p>
    <w:p>
      <w:r>
        <w:rPr>
          <w:b/>
          <w:sz w:val="24"/>
        </w:rPr>
        <w:t>Agreement Date:</w:t>
      </w:r>
    </w:p>
    <w:p>
      <w:pPr>
        <w:spacing w:after="80"/>
      </w:pPr>
      <w:r>
        <w:rPr>
          <w:b/>
        </w:rPr>
      </w:r>
      <w:r>
        <w:t>[Insert Date]</w:t>
      </w:r>
    </w:p>
    <w:p>
      <w:r>
        <w:rPr>
          <w:b/>
          <w:sz w:val="24"/>
        </w:rPr>
        <w:t>Guardian Details:</w:t>
      </w:r>
    </w:p>
    <w:p>
      <w:pPr>
        <w:spacing w:after="80"/>
      </w:pPr>
      <w:r>
        <w:rPr>
          <w:b/>
        </w:rPr>
        <w:t xml:space="preserve">Guardian’s Full Name: </w:t>
      </w:r>
      <w:r>
        <w:t>[Guardian’s Name]</w:t>
      </w:r>
    </w:p>
    <w:p>
      <w:pPr>
        <w:spacing w:after="80"/>
      </w:pPr>
      <w:r>
        <w:rPr>
          <w:b/>
        </w:rPr>
        <w:t xml:space="preserve">Relationship to Minor: </w:t>
      </w:r>
      <w:r>
        <w:t>[Parent/Relative/Legal Guardian]</w:t>
      </w:r>
    </w:p>
    <w:p>
      <w:pPr>
        <w:spacing w:after="80"/>
      </w:pPr>
      <w:r>
        <w:rPr>
          <w:b/>
        </w:rPr>
        <w:t xml:space="preserve">Contact Information: </w:t>
      </w:r>
      <w:r>
        <w:t>[Phone Number/Email]</w:t>
      </w:r>
    </w:p>
    <w:p>
      <w:pPr>
        <w:spacing w:after="80"/>
      </w:pPr>
      <w:r>
        <w:rPr>
          <w:b/>
        </w:rPr>
        <w:t xml:space="preserve">Address: </w:t>
      </w:r>
      <w:r>
        <w:t>[Full Residential Address]</w:t>
      </w:r>
    </w:p>
    <w:p>
      <w:r>
        <w:rPr>
          <w:b/>
          <w:sz w:val="24"/>
        </w:rPr>
        <w:t>Child’s Information:</w:t>
      </w:r>
    </w:p>
    <w:p>
      <w:pPr>
        <w:spacing w:after="80"/>
      </w:pPr>
      <w:r>
        <w:rPr>
          <w:b/>
        </w:rPr>
        <w:t xml:space="preserve">Full Name: </w:t>
      </w:r>
      <w:r>
        <w:t>[Child’s Name]</w:t>
      </w:r>
    </w:p>
    <w:p>
      <w:pPr>
        <w:spacing w:after="80"/>
      </w:pPr>
      <w:r>
        <w:rPr>
          <w:b/>
        </w:rPr>
        <w:t xml:space="preserve">Date of Birth: </w:t>
      </w:r>
      <w:r>
        <w:t>[DD/MM/YYYY]</w:t>
      </w:r>
    </w:p>
    <w:p>
      <w:pPr>
        <w:spacing w:after="80"/>
      </w:pPr>
      <w:r>
        <w:rPr>
          <w:b/>
        </w:rPr>
        <w:t xml:space="preserve">Medical Conditions (if any): </w:t>
      </w:r>
      <w:r>
        <w:t>[Specify Details]</w:t>
      </w:r>
    </w:p>
    <w:p>
      <w:pPr>
        <w:spacing w:after="80"/>
      </w:pPr>
      <w:r>
        <w:rPr>
          <w:b/>
        </w:rPr>
        <w:t xml:space="preserve">Allergies: </w:t>
      </w:r>
      <w:r>
        <w:t>[Specify Details]</w:t>
      </w:r>
    </w:p>
    <w:p>
      <w:r>
        <w:rPr>
          <w:b/>
          <w:sz w:val="24"/>
        </w:rPr>
        <w:t>Temporary Guardianship Terms:</w:t>
      </w:r>
    </w:p>
    <w:p>
      <w:pPr>
        <w:spacing w:after="80"/>
      </w:pPr>
      <w:r>
        <w:rPr>
          <w:b/>
        </w:rPr>
        <w:t xml:space="preserve">Effective Period: </w:t>
      </w:r>
      <w:r>
        <w:t>[Start Date] to [End Date]</w:t>
      </w:r>
    </w:p>
    <w:p>
      <w:pPr>
        <w:spacing w:after="80"/>
      </w:pPr>
      <w:r>
        <w:rPr>
          <w:b/>
        </w:rPr>
        <w:t xml:space="preserve">Guardian’s Responsibilities: </w:t>
      </w:r>
      <w:r>
        <w:t>[Specify Duties &amp; Limitations]</w:t>
      </w:r>
    </w:p>
    <w:p>
      <w:pPr>
        <w:spacing w:after="80"/>
      </w:pPr>
      <w:r>
        <w:rPr>
          <w:b/>
        </w:rPr>
        <w:t xml:space="preserve">Permission for Medical Decisions: </w:t>
      </w:r>
      <w:r>
        <w:t>[Yes/No]</w:t>
      </w:r>
    </w:p>
    <w:p>
      <w:pPr>
        <w:spacing w:after="80"/>
      </w:pPr>
      <w:r>
        <w:rPr>
          <w:b/>
        </w:rPr>
        <w:t xml:space="preserve">Authorized Travel Locations: </w:t>
      </w:r>
      <w:r>
        <w:t>[Specify Areas Permitted]</w:t>
      </w:r>
    </w:p>
    <w:p>
      <w:r>
        <w:rPr>
          <w:b/>
          <w:sz w:val="24"/>
        </w:rPr>
        <w:t>Emergency Contact Details:</w:t>
      </w:r>
    </w:p>
    <w:p>
      <w:pPr>
        <w:spacing w:after="80"/>
      </w:pPr>
      <w:r>
        <w:rPr>
          <w:b/>
        </w:rPr>
        <w:t xml:space="preserve">Primary Contact Name: </w:t>
      </w:r>
      <w:r>
        <w:t>[Full Name]</w:t>
      </w:r>
    </w:p>
    <w:p>
      <w:pPr>
        <w:spacing w:after="80"/>
      </w:pPr>
      <w:r>
        <w:rPr>
          <w:b/>
        </w:rPr>
        <w:t xml:space="preserve">Phone Number: </w:t>
      </w:r>
      <w:r>
        <w:t>[Primary Contact Number]</w:t>
      </w:r>
    </w:p>
    <w:p>
      <w:r>
        <w:rPr>
          <w:b/>
          <w:sz w:val="24"/>
        </w:rPr>
        <w:t>Acknowledgment &amp; Signatures:</w:t>
      </w:r>
    </w:p>
    <w:p>
      <w:pPr>
        <w:spacing w:after="280"/>
      </w:pPr>
      <w:r>
        <w:t>By signing below, all parties acknowledge the guardianship agreement and agree to the terms outlined above.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</w:tcPr>
          <w:p>
            <w:pPr>
              <w:spacing w:after="160"/>
            </w:pPr>
            <w:r>
              <w:rPr>
                <w:sz w:val="21"/>
              </w:rPr>
              <w:t>Parent/Legal Guardian’s Signature: __________________________</w:t>
            </w:r>
          </w:p>
        </w:tc>
        <w:tc>
          <w:tcPr>
            <w:tcW w:type="dxa" w:w="4968"/>
          </w:tcPr>
          <w:p>
            <w:pPr>
              <w:spacing w:after="160"/>
            </w:pPr>
            <w:r>
              <w:rPr>
                <w:sz w:val="21"/>
              </w:rPr>
              <w:t>Date: __________________</w:t>
            </w:r>
          </w:p>
        </w:tc>
      </w:tr>
      <w:tr>
        <w:tc>
          <w:tcPr>
            <w:tcW w:type="dxa" w:w="4968"/>
          </w:tcPr>
          <w:p>
            <w:pPr>
              <w:spacing w:after="160"/>
            </w:pPr>
            <w:r>
              <w:rPr>
                <w:sz w:val="21"/>
              </w:rPr>
              <w:t>Temporary Guardian’s Signature: __________________________</w:t>
            </w:r>
          </w:p>
        </w:tc>
        <w:tc>
          <w:tcPr>
            <w:tcW w:type="dxa" w:w="4968"/>
          </w:tcPr>
          <w:p>
            <w:pPr>
              <w:spacing w:after="160"/>
            </w:pPr>
            <w:r>
              <w:rPr>
                <w:sz w:val="21"/>
              </w:rPr>
              <w:t>Date: __________________</w:t>
            </w:r>
          </w:p>
        </w:tc>
      </w:tr>
    </w:tbl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